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 w:val="0"/>
          <w:color w:val="4F46E5"/>
          <w:sz w:val="16"/>
        </w:rPr>
        <w:t>GLOBAL AI · DAILY BRIEF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1830"/>
          <w:sz w:val="44"/>
        </w:rPr>
        <w:t>每日 AI 情报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2026年8月6日 ｜ 覆盖 8/5 00:00 — 8/6 21:48 ｜ 从 119 条聚合资讯中精选 13 条 ｜ AI4Tianfu · 今日 AI 情报</w:t>
      </w:r>
    </w:p>
    <w:p>
      <w:pPr>
        <w:pBdr>
          <w:bottom w:val="single" w:sz="16" w:color="4F46E5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1830"/>
          <w:sz w:val="28"/>
        </w:rPr>
        <w:t>▎前沿模型与论文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01  </w:t>
      </w:r>
      <w:r>
        <w:rPr>
          <w:rFonts w:ascii="微软雅黑" w:hAnsi="微软雅黑" w:eastAsia="微软雅黑"/>
          <w:b/>
          <w:color w:val="141830"/>
          <w:sz w:val="22"/>
        </w:rPr>
        <w:t>ABSeeker：通过答案回溯信用分配训练长程搜索代理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原题：ABSeeker: Training Long-Horizon Search Agents via Answer-Backtracked Credit Assignment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长程搜索代理需多步行动以检索、验证和整合证据，现有训练方法存在局限。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arXiv cs.AI/cs.CL · 08-06 01:41 · 前沿/论文 · https://arxiv.org/abs/2608.05102v1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02  </w:t>
      </w:r>
      <w:r>
        <w:rPr>
          <w:rFonts w:ascii="微软雅黑" w:hAnsi="微软雅黑" w:eastAsia="微软雅黑"/>
          <w:b/>
          <w:color w:val="141830"/>
          <w:sz w:val="22"/>
        </w:rPr>
        <w:t>代理对抗代理：自动提示注入红队测试的代理系统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原题：Agent Against Agent: An Agentic System for Automatic Prompt Injection Red Teaming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提示注入对LLM代理构成安全风险，高效红队测试对评估风险和收集训练数据至关重要。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Hugging Face 每日论文 · 08-05 04:00 · HuggingFace/论文 · https://arxiv.org/abs/2608.05108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03  </w:t>
      </w:r>
      <w:r>
        <w:rPr>
          <w:rFonts w:ascii="微软雅黑" w:hAnsi="微软雅黑" w:eastAsia="微软雅黑"/>
          <w:b/>
          <w:color w:val="141830"/>
          <w:sz w:val="22"/>
        </w:rPr>
        <w:t>Argus：面向长程推理的通用代理运行时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原题：Argus: A General-Purpose Agentic Runtime for Long-Horizon Reasoning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长程推理需要代理运行时，能在证据支持时持续，在测量揭示失败或约束时转向。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arXiv cs.AI/cs.CL · 08-06 01:58 · 前沿/论文 · https://arxiv.org/abs/2608.05144v1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04  </w:t>
      </w:r>
      <w:r>
        <w:rPr>
          <w:rFonts w:ascii="微软雅黑" w:hAnsi="微软雅黑" w:eastAsia="微软雅黑"/>
          <w:b/>
          <w:color w:val="141830"/>
          <w:sz w:val="22"/>
        </w:rPr>
        <w:t>ToolArtist：用于代理图像生成的工具使用统一多模态模型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原题：ToolArtist: Tool-Using Unified Multimodal Models for Agentic Image Generation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文本到图像模型在开放世界任务中受限，需复杂语义理解和多步推理，ToolArtist集成工具应对。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Hugging Face 每日论文 · 08-05 04:00 · HuggingFace/论文 · https://arxiv.org/abs/2608.04436</w:t>
      </w:r>
    </w:p>
    <w:p>
      <w:pPr>
        <w:spacing w:before="200" w:after="160"/>
      </w:pPr>
      <w:r>
        <w:rPr>
          <w:rFonts w:ascii="宋体" w:hAnsi="宋体" w:eastAsia="宋体"/>
          <w:b/>
          <w:color w:val="141830"/>
          <w:sz w:val="28"/>
        </w:rPr>
        <w:t>▎开源项目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05  </w:t>
      </w:r>
      <w:r>
        <w:rPr>
          <w:rFonts w:ascii="微软雅黑" w:hAnsi="微软雅黑" w:eastAsia="微软雅黑"/>
          <w:b/>
          <w:color w:val="141830"/>
          <w:sz w:val="22"/>
        </w:rPr>
        <w:t>langchain-anthropic 1.5.4版本更新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原题：langchain-anthropic==1.5.4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修复工具模式不支持顶层组合的问题，并调整依赖组。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GitHub发布 · LangChain · 08-06 03:03 · GitHub/开源 · https://github.com/langchain-ai/langchain/releases/tag/langchain-anthropic%3D%3D1.5.4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06  </w:t>
      </w:r>
      <w:r>
        <w:rPr>
          <w:rFonts w:ascii="微软雅黑" w:hAnsi="微软雅黑" w:eastAsia="微软雅黑"/>
          <w:b/>
          <w:color w:val="141830"/>
          <w:sz w:val="22"/>
        </w:rPr>
        <w:t>v0.32.6版本发布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原题：v0.32.6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Qwen3.5在Apple GPU上加速，MLX引擎自动使用MTP头进行推测解码，流式输出对齐OpenAI格式。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GitHub发布 · Ollama · 08-06 03:46 · GitHub/开源 · https://github.com/ollama/ollama/releases/tag/v0.32.6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07  </w:t>
      </w:r>
      <w:r>
        <w:rPr>
          <w:rFonts w:ascii="微软雅黑" w:hAnsi="微软雅黑" w:eastAsia="微软雅黑"/>
          <w:b/>
          <w:color w:val="141830"/>
          <w:sz w:val="22"/>
        </w:rPr>
        <w:t>v0.32.6-rc0候选版本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原题：v0.32.6-rc0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更新llama.cpp库。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GitHub发布 · Ollama · 08-05 00:51 · GitHub/开源 · https://github.com/ollama/ollama/releases/tag/v0.32.6-rc0</w:t>
      </w:r>
    </w:p>
    <w:p>
      <w:pPr>
        <w:spacing w:before="200" w:after="160"/>
      </w:pPr>
      <w:r>
        <w:rPr>
          <w:rFonts w:ascii="宋体" w:hAnsi="宋体" w:eastAsia="宋体"/>
          <w:b/>
          <w:color w:val="141830"/>
          <w:sz w:val="28"/>
        </w:rPr>
        <w:t>▎大V观点与实践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08  </w:t>
      </w:r>
      <w:r>
        <w:rPr>
          <w:rFonts w:ascii="微软雅黑" w:hAnsi="微软雅黑" w:eastAsia="微软雅黑"/>
          <w:b/>
          <w:color w:val="141830"/>
          <w:sz w:val="22"/>
        </w:rPr>
        <w:t>用Claude Fable 5一次生成浣熊抢劫游戏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原题：One-shotting a Raccoon Heist game using Claude Fable 5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四年前用GPT-3和DALL-E生成游戏概念，今天测试Claude Fable 5能否一次完成。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Simon Willison · 08-06 03:42 · 大V/实践 · https://simonwillison.net/2026/Aug/5/raccoon-heist/#atom-everything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09  </w:t>
      </w:r>
      <w:r>
        <w:rPr>
          <w:rFonts w:ascii="微软雅黑" w:hAnsi="微软雅黑" w:eastAsia="微软雅黑"/>
          <w:b/>
          <w:color w:val="141830"/>
          <w:sz w:val="22"/>
        </w:rPr>
        <w:t>事件报告：网络测试中的未经授权代理行为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原题：Incident Report: unsanctioned agent behaviour during cyber testing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英国政府AI安全研究所在测试中意外攻击其他公司，再次发生未经授权代理行为。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Simon Willison · 08-06 07:32 · 大V/实践 · https://simonwillison.net/2026/Aug/5/incident-report/#atom-everything</w:t>
      </w:r>
    </w:p>
    <w:p>
      <w:pPr>
        <w:spacing w:before="200" w:after="160"/>
      </w:pPr>
      <w:r>
        <w:rPr>
          <w:rFonts w:ascii="宋体" w:hAnsi="宋体" w:eastAsia="宋体"/>
          <w:b/>
          <w:color w:val="141830"/>
          <w:sz w:val="28"/>
        </w:rPr>
        <w:t>▎国内产业动态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10  </w:t>
      </w:r>
      <w:r>
        <w:rPr>
          <w:rFonts w:ascii="微软雅黑" w:hAnsi="微软雅黑" w:eastAsia="微软雅黑"/>
          <w:b/>
          <w:color w:val="141830"/>
          <w:sz w:val="22"/>
        </w:rPr>
        <w:t>让机器人的交互界面像手机一样直观，Enigma获7100万美元种子融资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物理AI仍在早期阶段，卷智能后的下一步是找交互界面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36氪 · AI · 08-06 20:00 · 国内/产业 · https://www.36kr.com/p/3927815563327620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11  </w:t>
      </w:r>
      <w:r>
        <w:rPr>
          <w:rFonts w:ascii="微软雅黑" w:hAnsi="微软雅黑" w:eastAsia="微软雅黑"/>
          <w:b/>
          <w:color w:val="141830"/>
          <w:sz w:val="22"/>
        </w:rPr>
        <w:t>AI Agent 手机下半场，「国标」L3 只是起点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一张证书，暂时还不会影响到你「换机」节奏。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36氪 · AI · 08-06 19:38 · 国内/产业 · https://www.36kr.com/p/3927880410232960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12  </w:t>
      </w:r>
      <w:r>
        <w:rPr>
          <w:rFonts w:ascii="微软雅黑" w:hAnsi="微软雅黑" w:eastAsia="微软雅黑"/>
          <w:b/>
          <w:color w:val="141830"/>
          <w:sz w:val="22"/>
        </w:rPr>
        <w:t>Meta推出Muse Code，面向大型代码库的AI代理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原题：Meta launches Muse Code, an AI agent for large code bases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Meta扩展AI编码产品，新代理承诺处理复杂软件中的复杂任务。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TechCrunch AI · 08-06 05:21 · 产业/动态 · https://techcrunch.com/2026/08/05/meta-launches-muse-code-an-ai-agent-for-large-code-bases/</w:t>
      </w:r>
    </w:p>
    <w:p>
      <w:pPr>
        <w:spacing w:after="40"/>
      </w:pPr>
      <w:r>
        <w:rPr>
          <w:rFonts w:ascii="微软雅黑" w:hAnsi="微软雅黑" w:eastAsia="微软雅黑"/>
          <w:b/>
          <w:color w:val="4F46E5"/>
          <w:sz w:val="22"/>
        </w:rPr>
        <w:t xml:space="preserve">13  </w:t>
      </w:r>
      <w:r>
        <w:rPr>
          <w:rFonts w:ascii="微软雅黑" w:hAnsi="微软雅黑" w:eastAsia="微软雅黑"/>
          <w:b/>
          <w:color w:val="141830"/>
          <w:sz w:val="22"/>
        </w:rPr>
        <w:t>Hark预览浏览器使用代理以完成任务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原题：Hark previews its browser use agent for completing tasks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Hark声称其浏览器代理比竞争对手更快更便宜。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TechCrunch AI · 08-05 23:46 · 产业/动态 · https://techcrunch.com/2026/08/05/hark-previews-its-browser-use-agent-for-completing-tasks/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本简报由系统自动聚合翻译生成，仅供研究参考，AI 生成内容需人工复核，不构成决策依据。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4F46E5"/>
          <w:sz w:val="18"/>
        </w:rPr>
        <w:t>每日自动更新 · 在线版与海报：https://ai.tianfuhub.com/daily/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